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79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13"/>
        <w:gridCol w:w="4059"/>
        <w:gridCol w:w="3107"/>
      </w:tblGrid>
      <w:tr>
        <w:trPr/>
        <w:tc>
          <w:tcPr>
            <w:tcW w:w="2613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lang w:val="pt-BR" w:eastAsia="pt-BR"/>
              </w:rPr>
            </w:pPr>
            <w:r>
              <w:rPr>
                <w:lang w:val="pt-BR" w:eastAsia="pt-BR"/>
              </w:rPr>
              <w:drawing>
                <wp:inline distT="0" distB="0" distL="0" distR="0">
                  <wp:extent cx="1569720" cy="657860"/>
                  <wp:effectExtent l="0" t="0" r="0" b="0"/>
                  <wp:docPr id="1" name="Figura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2" t="-28" r="-12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657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Calibri"/>
                <w:b/>
                <w:w w:val="90"/>
              </w:rPr>
              <w:t xml:space="preserve">Universidade Federal do Rio Grande do Norte Faculdade de Ciências da Saúde do Trairi </w:t>
            </w:r>
            <w:r>
              <w:rPr>
                <w:rFonts w:cs="Calibri"/>
                <w:b/>
              </w:rPr>
              <w:t xml:space="preserve">Programa de Pós-Graduação em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Saúde Coletiva</w:t>
            </w:r>
          </w:p>
        </w:tc>
        <w:tc>
          <w:tcPr>
            <w:tcW w:w="3107" w:type="dxa"/>
            <w:tcBorders>
              <w:bottom w:val="single" w:sz="18" w:space="0" w:color="000000"/>
            </w:tcBorders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drawing>
                <wp:inline distT="0" distB="0" distL="0" distR="0">
                  <wp:extent cx="1772285" cy="856615"/>
                  <wp:effectExtent l="0" t="0" r="0" b="0"/>
                  <wp:docPr id="2" name="Figura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8" t="28187" r="-38" b="23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285" cy="856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2"/>
        </w:rPr>
      </w:pPr>
      <w:r>
        <w:rPr>
          <w:b/>
          <w:sz w:val="22"/>
        </w:rPr>
      </w:r>
    </w:p>
    <w:p>
      <w:pPr>
        <w:pStyle w:val="Normal"/>
        <w:jc w:val="center"/>
        <w:rPr>
          <w:rFonts w:ascii="Arial" w:hAnsi="Arial"/>
          <w:b/>
          <w:sz w:val="22"/>
        </w:rPr>
      </w:pPr>
      <w:r>
        <w:rPr>
          <w:b/>
          <w:sz w:val="22"/>
        </w:rPr>
      </w:r>
    </w:p>
    <w:p>
      <w:pPr>
        <w:pStyle w:val="Normal"/>
        <w:jc w:val="center"/>
        <w:rPr/>
      </w:pPr>
      <w:r>
        <w:rPr>
          <w:b/>
          <w:sz w:val="22"/>
        </w:rPr>
        <w:t>FORMULÁRIO DE CIÊNCIA DO(A) ORIENTADOR(A) SOBRE A CONCESSÃO DE BOLSA</w:t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ind w:firstLine="560"/>
        <w:jc w:val="both"/>
        <w:rPr/>
      </w:pPr>
      <w:r>
        <w:rPr/>
        <w:t>Eu, ________________________________________________________, docente do Programa de Pós-Graduação em Saúde Coletiva (PPgSACOL) da Universidade Federal do Rio Grande do Norte (UFRN), na condição de orientador(a) do(a) discente ________________________________________________________, declaro, para os devidos fins, que estou ciente da concessão de bolsa de pós-graduação ao(à) referido(a) discente, conforme resultado do processo de concessão de bolsas do PPgSACOL.</w:t>
      </w:r>
    </w:p>
    <w:p>
      <w:pPr>
        <w:pStyle w:val="Normal"/>
        <w:spacing w:before="0" w:after="200"/>
        <w:ind w:firstLine="560"/>
        <w:jc w:val="both"/>
        <w:rPr/>
      </w:pPr>
      <w:r>
        <w:rPr/>
        <w:t>Declaro, ainda, estar ciente de que a manutenção da bolsa está condicionada ao cumprimento das normas, critérios e requisitos estabelecidos na Resolução nº 002/2026 – PPgSACOL, no edital de concessão de bolsas e demais normas institucionais e das agências de fomento aplicáveis.</w:t>
      </w:r>
    </w:p>
    <w:p>
      <w:pPr>
        <w:pStyle w:val="Normal"/>
        <w:spacing w:before="0" w:after="200"/>
        <w:ind w:firstLine="560"/>
        <w:jc w:val="both"/>
        <w:rPr/>
      </w:pPr>
      <w:r>
        <w:rPr/>
        <w:t>Comprometo-me a acompanhar, no âmbito de minhas atribuições como orientador(a), o desenvolvimento acadêmico do(a) discente e a comunicar à Coordenação do PPgSACOL eventuais situações que possam interferir no cumprimento das condições para manutenção da bolsa.</w:t>
      </w:r>
    </w:p>
    <w:p>
      <w:pPr>
        <w:pStyle w:val="Normal"/>
        <w:spacing w:before="0" w:after="480"/>
        <w:ind w:firstLine="560"/>
        <w:jc w:val="both"/>
        <w:rPr/>
      </w:pPr>
      <w:r>
        <w:rPr/>
        <w:t>Por ser expressão da verdade, firmo o presente formulário de ciência.</w:t>
      </w:r>
    </w:p>
    <w:p>
      <w:pPr>
        <w:pStyle w:val="Normal"/>
        <w:spacing w:before="0" w:after="900"/>
        <w:jc w:val="left"/>
        <w:rPr/>
      </w:pPr>
      <w:r>
        <w:rPr/>
        <w:t>Santa Cruz/RN, ____ de __________________ de 2026.</w:t>
      </w:r>
    </w:p>
    <w:p>
      <w:pPr>
        <w:pStyle w:val="Normal"/>
        <w:spacing w:before="0" w:after="400"/>
        <w:jc w:val="center"/>
        <w:rPr/>
      </w:pPr>
      <w:r>
        <w:rPr/>
        <w:t>______________________________________________</w:t>
        <w:br/>
      </w:r>
      <w:r>
        <w:rPr/>
        <w:t>Assinatura</w:t>
      </w:r>
      <w:r>
        <w:rPr/>
        <w:t xml:space="preserve"> do(a) Orientador(a)</w:t>
        <w:br/>
        <w:t>Orientador(a) – PPgSACOL/UFRN</w:t>
      </w:r>
    </w:p>
    <w:p>
      <w:pPr>
        <w:pStyle w:val="Normal"/>
        <w:spacing w:before="0" w:after="400"/>
        <w:jc w:val="center"/>
        <w:rPr/>
      </w:pPr>
      <w:r>
        <w:rPr/>
      </w:r>
    </w:p>
    <w:p>
      <w:pPr>
        <w:pStyle w:val="Normal"/>
        <w:spacing w:before="0" w:after="400"/>
        <w:jc w:val="center"/>
        <w:rPr/>
      </w:pPr>
      <w:r>
        <w:rPr/>
        <w:t>______________________________________________</w:t>
        <w:br/>
      </w:r>
      <w:r>
        <w:rPr/>
        <w:t>Assinatura</w:t>
      </w:r>
      <w:r>
        <w:rPr/>
        <w:t xml:space="preserve"> do(a) Discente</w:t>
        <w:br/>
        <w:t>Bolsista – PPgSACOL/UFRN</w:t>
      </w:r>
    </w:p>
    <w:sectPr>
      <w:type w:val="nextPage"/>
      <w:pgSz w:w="12240" w:h="15840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Arial" w:cs="" w:cstheme="minorBid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LibreOffice/25.2.2.2$Linux_X86_64 LibreOffice_project/520$Build-2</Application>
  <AppVersion>15.0000</AppVersion>
  <Pages>1</Pages>
  <Words>190</Words>
  <Characters>1338</Characters>
  <CharactersWithSpaces>1522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2026-08-24T14:40:18Z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